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/>
        <w:jc w:val="right"/>
      </w:pPr>
      <w:r>
        <w:rPr>
          <w:rFonts w:ascii="Arial" w:hAnsi="Arial" w:cs="Arial"/>
          <w:b/>
          <w:color w:val="194F50"/>
          <w:sz w:val="36"/>
          <w:rtl w:val="1"/>
          <w:szCs w:val="36"/>
          <w:bCs/>
        </w:rPr>
        <w:t>מפתח תשובות למורה – המשפחה שלי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בשאלות פרשנות והערכה התשובה המסומנת היא המומלצת; תשובה אחרת מנומקת יכולה להתקבל. במשימות התפקודיות אפשר לכתוב על דמות בדויה.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94F50"/>
          <w:sz w:val="28"/>
          <w:rtl w:val="1"/>
          <w:szCs w:val="28"/>
          <w:bCs/>
        </w:rPr>
        <w:t>יחידה 1: היכרות עם המשפחה שלי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מתחילים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עם מי נוע גרה? ← עם אמא ויונתן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למה נוע מדברת עם אבא בטלפון? ← כי הוא גר בעיר אחרת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ביום ששי אנחנו אוכלים עם סבתא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לסבתא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ביניים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באיזה יום הם נפגשים אצל סבתא? ← ביום שישי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מה עוזר לנועה לשמור על קשר עם אבא? ← שיחות קבועות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(פרשנות) מה פירוש ״משפחה לא גרה בבית אחד״ בסיפור? ← אפשר להיות משפחה גם כשגרים בנפרד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(הערכה) איזו פעולה מחזקת קשר למרות מרחק, לפי הסיפור? ← לקבוע זמן לדבר ולהקשיב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בימי שישי אנחנו נפגשים אצל סבתא לארוחה משפחתית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אצל סבתא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התאמה: אמא = mother · אח = brother · סבתא = grandmother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94F50"/>
          <w:sz w:val="28"/>
          <w:rtl w:val="1"/>
          <w:szCs w:val="28"/>
          <w:bCs/>
        </w:rPr>
        <w:t>יחידה 2: מנהגים ומפגשים במשפחה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מתחילים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מתי עמיר מדבר עם סבתא? ← ביום ראשון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איך הם מרגישים קרובים? ← הם מדברים ומבשלים אותו מאכל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ביום ראשון עמיר שולח תמונה לסבתא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תמונה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ביניים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מה עמיר וסבתא משווים אחרי הבישול? ← תמונות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מדוע המפגש יכול להתקיים גם כשסבתא עסוקה ביום ראשון? ← אפשר לקבוע יום אחר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(פרשנות) מה מסמל המאכל בשביל עמיר? ← דרך ליצור קשר ולשתף זיכרונות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(הערכה) איזה חלק מהמנהג הייתם משאירים אם הייתם מתאימים אותו לכיתה? ← שיתוף בסיפור והקשבה לאחרים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כשסבתא עסוקה, הם קובעים יום אחר כדי לבשל יחד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להזמין חבר שיספר על מאכל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התאמה: מנהג = custom · יחד = together · תמונה = photo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94F50"/>
          <w:sz w:val="28"/>
          <w:rtl w:val="1"/>
          <w:szCs w:val="28"/>
          <w:bCs/>
        </w:rPr>
        <w:t>יחידה 3: מי עושה מה בבית?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מתחילים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מה יש להם בבית? ← לוח תורות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למה הם מחליפים תפקידים? ← כדי שכלם יעזרו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ביום ראשון אני מסדר את השלחן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מסדר את השלחן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ביניים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מה דניאל אוהב להכין? ← רשימת קניות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למה אביו הסכים להחליף תור? ← כי הבין שדניאל חוזר מאוחר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(פרשנות) מה מדגים המקרה שבו דניאל שלח הודעה? ← גמישות ושיחה פותרות קושי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(הערכה) איזה כלל יתאים ללוח תורנויות הוגן? ← בודקים זמן ויכולת ומשנים בהסכמה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אם מישהו לא פנוי, הוא מבקש להחליף תור ועוזר למחרת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כי יחזור מאוחר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התאמה: תפקיד = role · תור = turn · לעזר = to help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94F50"/>
          <w:sz w:val="28"/>
          <w:rtl w:val="1"/>
          <w:szCs w:val="28"/>
          <w:bCs/>
        </w:rPr>
        <w:t>יחידה 4: הקשרים שחשובים לי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מתחילים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איפה ליאו גר? ← בארץ אחרת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למה מירה שולחת הודעות? ← כדי לשמר על קשר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אני שולחת הודעה לליאו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תמונה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DA7749"/>
          <w:sz w:val="24"/>
          <w:rtl w:val="1"/>
          <w:szCs w:val="24"/>
          <w:bCs/>
        </w:rPr>
        <w:t>ביניים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(גלוי) באיזה יום הם שולחים הודעה קולית? ← ביום חמישי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(משתמע) למה השיחות בכל ערב לא הצליחו? ← הפרשי השעות הקשו עליהם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(פרשנות) מה המשמעות של ״קרבה אינה רק מרחק במפה״? ← הקשבה יכולה ליצור קרבה גם מרחוק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(הערכה) מה היה מועיל בתגובה של מירה כששמעה שליאו עצוב? ← היא שאלה אם הוא רוצה לדבר והקשיבה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משפט: למרות המרחק, הקשבה עוזרת לי להרגיש קרובה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האזנה (באתר): כי אין לה הרבה זמן היום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התאמה: קשר = connection · רחוק = far · להקשיב = to listen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666666"/>
        <w:sz w:val="18"/>
        <w:rtl w:val="1"/>
        <w:szCs w:val="18"/>
      </w:rPr>
      <w:t xml:space="preserve">   המשפחה שלי – עברית לעולים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